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  <w:szCs w:val="36"/>
        </w:rPr>
        <w:t xml:space="preserve">[NOME E COGNOME]</w:t>
      </w:r>
    </w:p>
    <w:p>
      <w:r>
        <w:t xml:space="preserve">[Telefono]  ·  [Email]  ·  [Città]</w:t>
      </w:r>
    </w:p>
    <w:p>
      <w:pPr>
        <w:spacing w:before="280"/>
      </w:pPr>
      <w:r>
        <w:rPr>
          <w:b/>
          <w:sz w:val="26"/>
          <w:szCs w:val="26"/>
        </w:rPr>
        <w:t xml:space="preserve">Esperienze lavorative</w:t>
      </w:r>
    </w:p>
    <w:p>
      <w:r>
        <w:rPr>
          <w:b/>
        </w:rPr>
        <w:t xml:space="preserve">[Ruolo] — [Azienda], [Città]</w:t>
      </w:r>
    </w:p>
    <w:p>
      <w:r>
        <w:t xml:space="preserve">[Da mese/anno] a [mese/anno]</w:t>
      </w:r>
    </w:p>
    <w:p>
      <w:r>
        <w:t xml:space="preserve">[Che cosa facevi, in una o due righe. Se hai venduto, scrivi che cosa e a chi.]</w:t>
      </w:r>
    </w:p>
    <w:p>
      <w:r>
        <w:t xml:space="preserve"/>
      </w:r>
    </w:p>
    <w:p>
      <w:r>
        <w:rPr>
          <w:b/>
        </w:rPr>
        <w:t xml:space="preserve">[Ruolo] — [Azienda], [Città]</w:t>
      </w:r>
    </w:p>
    <w:p>
      <w:r>
        <w:t xml:space="preserve">[Da mese/anno] a [mese/anno]</w:t>
      </w:r>
    </w:p>
    <w:p>
      <w:r>
        <w:t xml:space="preserve">[Che cosa facevi, in una o due righe. Se hai venduto, scrivi che cosa e a chi.]</w:t>
      </w:r>
    </w:p>
    <w:p>
      <w:r>
        <w:t xml:space="preserve"/>
      </w:r>
    </w:p>
    <w:p>
      <w:r>
        <w:rPr>
          <w:b/>
        </w:rPr>
        <w:t xml:space="preserve">[Ruolo] — [Azienda], [Città]</w:t>
      </w:r>
    </w:p>
    <w:p>
      <w:r>
        <w:t xml:space="preserve">[Da mese/anno] a [mese/anno]</w:t>
      </w:r>
    </w:p>
    <w:p>
      <w:r>
        <w:t xml:space="preserve">[Che cosa facevi, in una o due righe. Se hai venduto, scrivi che cosa e a chi.]</w:t>
      </w:r>
    </w:p>
    <w:p>
      <w:r>
        <w:t xml:space="preserve"/>
      </w:r>
    </w:p>
    <w:p>
      <w:pPr>
        <w:spacing w:before="280"/>
      </w:pPr>
      <w:r>
        <w:rPr>
          <w:b/>
          <w:sz w:val="26"/>
          <w:szCs w:val="26"/>
        </w:rPr>
        <w:t xml:space="preserve">Istruzione</w:t>
      </w:r>
    </w:p>
    <w:p>
      <w:r>
        <w:t xml:space="preserve">[Titolo di studio] — [Istituto], [Anno]</w:t>
      </w:r>
    </w:p>
    <w:p>
      <w:pPr>
        <w:spacing w:before="280"/>
      </w:pPr>
      <w:r>
        <w:rPr>
          <w:b/>
          <w:sz w:val="26"/>
          <w:szCs w:val="26"/>
        </w:rPr>
        <w:t xml:space="preserve">Competenze</w:t>
      </w:r>
    </w:p>
    <w:p>
      <w:r>
        <w:t xml:space="preserve">[Es. trattativa con il cliente, gestione appuntamenti, uso del gestionale, ...]</w:t>
      </w:r>
    </w:p>
    <w:p>
      <w:pPr>
        <w:spacing w:before="280"/>
      </w:pPr>
      <w:r>
        <w:rPr>
          <w:b/>
          <w:sz w:val="26"/>
          <w:szCs w:val="26"/>
        </w:rPr>
        <w:t xml:space="preserve">Patente e mezzo proprio</w:t>
      </w:r>
    </w:p>
    <w:p>
      <w:r>
        <w:t xml:space="preserve">[Patente B — automunito/a]</w:t>
      </w:r>
    </w:p>
    <w:p>
      <w:pPr>
        <w:spacing w:before="280"/>
      </w:pPr>
      <w:r>
        <w:rPr>
          <w:b/>
          <w:sz w:val="26"/>
          <w:szCs w:val="26"/>
        </w:rPr>
        <w:t xml:space="preserve">Altro</w:t>
      </w:r>
    </w:p>
    <w:p>
      <w:r>
        <w:t xml:space="preserve">[Lingue, corsi, tutto ciò che ritieni utile.]</w:t>
      </w:r>
    </w:p>
    <w:p>
      <w:pPr>
        <w:spacing w:before="360"/>
      </w:pPr>
      <w:r>
        <w:rPr>
          <w:sz w:val="18"/>
          <w:szCs w:val="18"/>
        </w:rPr>
        <w:t xml:space="preserve">Autorizzo il trattamento dei miei dati personali ai sensi del Reg. UE 2016/679 per le finalità di ricerca e selezione del personale.</w:t>
      </w:r>
    </w:p>
    <w:sectPr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